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B04EE" w14:textId="77777777" w:rsidR="00535C20" w:rsidRDefault="00FC6DBB">
      <w:pPr>
        <w:spacing w:after="20"/>
        <w:jc w:val="center"/>
      </w:pPr>
      <w:r>
        <w:rPr>
          <w:b/>
          <w:color w:val="1F4E79"/>
          <w:sz w:val="36"/>
        </w:rPr>
        <w:t>MECHANIC'S HELPER</w:t>
      </w:r>
    </w:p>
    <w:p w14:paraId="25E91B98" w14:textId="77777777" w:rsidR="00535C20" w:rsidRDefault="00FC6DBB">
      <w:pPr>
        <w:spacing w:after="140"/>
        <w:jc w:val="center"/>
      </w:pPr>
      <w:r>
        <w:rPr>
          <w:b/>
          <w:color w:val="5A5A5A"/>
          <w:sz w:val="22"/>
        </w:rPr>
        <w:t>Full-Time Employment Opportunity</w:t>
      </w:r>
    </w:p>
    <w:p w14:paraId="7AD456E1" w14:textId="77777777" w:rsidR="00535C20" w:rsidRDefault="00535C20">
      <w:pPr>
        <w:pBdr>
          <w:bottom w:val="single" w:sz="12" w:space="1" w:color="1F4E79"/>
        </w:pBdr>
        <w:spacing w:after="100"/>
      </w:pPr>
    </w:p>
    <w:p w14:paraId="3F15EC93" w14:textId="77777777" w:rsidR="00535C20" w:rsidRDefault="00FC6DBB">
      <w:r>
        <w:t xml:space="preserve">The Township of Medford is seeking a dependable individual for the full-time position of Mechanic's Helper. This entry-level position assists with the maintenance and repair of Township vehicles, heavy </w:t>
      </w:r>
      <w:r>
        <w:t>equipment, small engines, and mechanical equipment used in Public Works and water and wastewater operations.</w:t>
      </w:r>
    </w:p>
    <w:p w14:paraId="4721A08A" w14:textId="77777777" w:rsidR="00535C20" w:rsidRDefault="00FC6DBB">
      <w:pPr>
        <w:pStyle w:val="Heading1"/>
      </w:pPr>
      <w:r>
        <w:t>Responsibilities</w:t>
      </w:r>
    </w:p>
    <w:p w14:paraId="70189F81" w14:textId="77777777" w:rsidR="00535C20" w:rsidRDefault="00FC6DBB">
      <w:pPr>
        <w:pStyle w:val="ListBullet"/>
        <w:spacing w:after="40" w:line="240" w:lineRule="auto"/>
        <w:ind w:left="461" w:hanging="259"/>
      </w:pPr>
      <w:r>
        <w:t>Assist mechanics with the inspection, maintenance, and repair of gasoline- and diesel-powered vehicles and equipment.</w:t>
      </w:r>
    </w:p>
    <w:p w14:paraId="7BABFBBD" w14:textId="77777777" w:rsidR="00535C20" w:rsidRDefault="00FC6DBB">
      <w:pPr>
        <w:pStyle w:val="ListBullet"/>
        <w:spacing w:after="40" w:line="240" w:lineRule="auto"/>
        <w:ind w:left="461" w:hanging="259"/>
      </w:pPr>
      <w:r>
        <w:t>Perform rout</w:t>
      </w:r>
      <w:r>
        <w:t>ine preventive maintenance, including fluid checks, oil changes, lubrication, filter replacement, and tire service.</w:t>
      </w:r>
    </w:p>
    <w:p w14:paraId="0FE586D0" w14:textId="77777777" w:rsidR="00535C20" w:rsidRDefault="00FC6DBB">
      <w:pPr>
        <w:pStyle w:val="ListBullet"/>
        <w:spacing w:after="40" w:line="240" w:lineRule="auto"/>
        <w:ind w:left="461" w:hanging="259"/>
      </w:pPr>
      <w:r>
        <w:t>Help troubleshoot and repair mechanical, hydraulic, electrical, braking, and related equipment systems.</w:t>
      </w:r>
    </w:p>
    <w:p w14:paraId="7371847E" w14:textId="77777777" w:rsidR="00535C20" w:rsidRDefault="00FC6DBB">
      <w:pPr>
        <w:pStyle w:val="ListBullet"/>
        <w:spacing w:after="40" w:line="240" w:lineRule="auto"/>
        <w:ind w:left="461" w:hanging="259"/>
      </w:pPr>
      <w:r>
        <w:t>Assist with maintenance of pumps, mo</w:t>
      </w:r>
      <w:r>
        <w:t>tors, generators, compressors, valves, and related utility equipment.</w:t>
      </w:r>
    </w:p>
    <w:p w14:paraId="64F4D90C" w14:textId="77777777" w:rsidR="00535C20" w:rsidRDefault="00FC6DBB">
      <w:pPr>
        <w:pStyle w:val="ListBullet"/>
        <w:spacing w:after="40" w:line="240" w:lineRule="auto"/>
        <w:ind w:left="461" w:hanging="259"/>
      </w:pPr>
      <w:r>
        <w:t>Retrieve parts, move vehicles and equipment, and support shop and field repairs.</w:t>
      </w:r>
    </w:p>
    <w:p w14:paraId="20378431" w14:textId="77777777" w:rsidR="00535C20" w:rsidRDefault="00FC6DBB">
      <w:pPr>
        <w:pStyle w:val="ListBullet"/>
        <w:spacing w:after="40" w:line="240" w:lineRule="auto"/>
        <w:ind w:left="461" w:hanging="259"/>
      </w:pPr>
      <w:r>
        <w:t>Clean and organize tools, equipment, work areas, and parts storage areas.</w:t>
      </w:r>
    </w:p>
    <w:p w14:paraId="0CD715AF" w14:textId="77777777" w:rsidR="00535C20" w:rsidRDefault="00FC6DBB">
      <w:pPr>
        <w:pStyle w:val="ListBullet"/>
        <w:spacing w:after="40" w:line="240" w:lineRule="auto"/>
        <w:ind w:left="461" w:hanging="259"/>
      </w:pPr>
      <w:r>
        <w:t>Assist with maintenance records</w:t>
      </w:r>
      <w:r>
        <w:t>, snow removal, storm response, utility emergencies, and other Township operations.</w:t>
      </w:r>
    </w:p>
    <w:p w14:paraId="326791CC" w14:textId="77777777" w:rsidR="00535C20" w:rsidRDefault="00FC6DBB">
      <w:pPr>
        <w:pStyle w:val="Heading1"/>
      </w:pPr>
      <w:r>
        <w:t>Qualifications</w:t>
      </w:r>
    </w:p>
    <w:p w14:paraId="4A5113EE" w14:textId="77777777" w:rsidR="00535C20" w:rsidRDefault="00FC6DBB">
      <w:pPr>
        <w:pStyle w:val="ListBullet"/>
        <w:spacing w:after="40" w:line="240" w:lineRule="auto"/>
        <w:ind w:left="461" w:hanging="259"/>
      </w:pPr>
      <w:r>
        <w:t>High school diploma or equivalent.</w:t>
      </w:r>
    </w:p>
    <w:p w14:paraId="23765C9E" w14:textId="77777777" w:rsidR="00535C20" w:rsidRDefault="00FC6DBB">
      <w:pPr>
        <w:pStyle w:val="ListBullet"/>
        <w:spacing w:after="40" w:line="240" w:lineRule="auto"/>
        <w:ind w:left="461" w:hanging="259"/>
      </w:pPr>
      <w:r>
        <w:t>Basic mechanical knowledge and an interest in vehicle and equipment maintenance.</w:t>
      </w:r>
    </w:p>
    <w:p w14:paraId="0ECBD3FF" w14:textId="77777777" w:rsidR="00535C20" w:rsidRDefault="00FC6DBB">
      <w:pPr>
        <w:pStyle w:val="ListBullet"/>
        <w:spacing w:after="40" w:line="240" w:lineRule="auto"/>
        <w:ind w:left="461" w:hanging="259"/>
      </w:pPr>
      <w:r>
        <w:t xml:space="preserve">Ability to safely use common hand tools, </w:t>
      </w:r>
      <w:r>
        <w:t>power tools, and shop equipment.</w:t>
      </w:r>
    </w:p>
    <w:p w14:paraId="3C9092C3" w14:textId="77777777" w:rsidR="00535C20" w:rsidRDefault="00FC6DBB">
      <w:pPr>
        <w:pStyle w:val="ListBullet"/>
        <w:spacing w:after="40" w:line="240" w:lineRule="auto"/>
        <w:ind w:left="461" w:hanging="259"/>
      </w:pPr>
      <w:r>
        <w:t>Valid New Jersey driver's license in good standing.</w:t>
      </w:r>
    </w:p>
    <w:p w14:paraId="115B145D" w14:textId="77777777" w:rsidR="00535C20" w:rsidRDefault="00FC6DBB">
      <w:pPr>
        <w:pStyle w:val="ListBullet"/>
        <w:spacing w:after="40" w:line="240" w:lineRule="auto"/>
        <w:ind w:left="461" w:hanging="259"/>
      </w:pPr>
      <w:r>
        <w:t>Ability to follow instructions and perform physically demanding work indoors and outdoors.</w:t>
      </w:r>
    </w:p>
    <w:p w14:paraId="6E28FF3C" w14:textId="77777777" w:rsidR="00535C20" w:rsidRDefault="00FC6DBB">
      <w:pPr>
        <w:spacing w:before="40"/>
      </w:pPr>
      <w:r>
        <w:t>Preferred: Prior automotive, diesel, equipment-maintenance, vocational-school, o</w:t>
      </w:r>
      <w:r>
        <w:t>r shop experience. A New Jersey Commercial Driver's License is also preferred. The successful applicant may be required to obtain a CDL within a timeframe established by the Township.</w:t>
      </w:r>
    </w:p>
    <w:p w14:paraId="35D49DA1" w14:textId="77777777" w:rsidR="00535C20" w:rsidRDefault="00FC6DBB">
      <w:r>
        <w:rPr>
          <w:b/>
        </w:rPr>
        <w:t xml:space="preserve">Schedule: </w:t>
      </w:r>
      <w:r>
        <w:t>The position requires overtime and emergency response, includi</w:t>
      </w:r>
      <w:r>
        <w:t>ng nights, weekends, and holidays, when necessary.</w:t>
      </w:r>
    </w:p>
    <w:p w14:paraId="38AFF4A4" w14:textId="77777777" w:rsidR="00535C20" w:rsidRDefault="00FC6DBB">
      <w:pPr>
        <w:pStyle w:val="Heading1"/>
      </w:pPr>
      <w:r>
        <w:t>Compensation and Benefits</w:t>
      </w:r>
    </w:p>
    <w:p w14:paraId="51491889" w14:textId="77777777" w:rsidR="00535C20" w:rsidRDefault="00FC6DBB">
      <w:r>
        <w:rPr>
          <w:b/>
        </w:rPr>
        <w:t xml:space="preserve">Compensation: </w:t>
      </w:r>
      <w:r w:rsidRPr="00A45DC5">
        <w:rPr>
          <w:b/>
        </w:rPr>
        <w:t>$</w:t>
      </w:r>
      <w:r w:rsidR="00A45DC5" w:rsidRPr="00A45DC5">
        <w:rPr>
          <w:b/>
        </w:rPr>
        <w:t>21.50</w:t>
      </w:r>
      <w:r>
        <w:t xml:space="preserve"> to </w:t>
      </w:r>
      <w:r w:rsidRPr="00A45DC5">
        <w:rPr>
          <w:b/>
        </w:rPr>
        <w:t>$</w:t>
      </w:r>
      <w:r w:rsidR="00A45DC5" w:rsidRPr="00A45DC5">
        <w:rPr>
          <w:b/>
        </w:rPr>
        <w:t>23.50</w:t>
      </w:r>
      <w:r w:rsidRPr="00A45DC5">
        <w:rPr>
          <w:b/>
        </w:rPr>
        <w:t xml:space="preserve"> </w:t>
      </w:r>
      <w:r>
        <w:t>per hour, commensurate with qualifications and experience.</w:t>
      </w:r>
    </w:p>
    <w:p w14:paraId="7C3F1B41" w14:textId="77777777" w:rsidR="00535C20" w:rsidRDefault="00FC6DBB">
      <w:r>
        <w:t>Eligible full-time employees receive a comprehensive benefits package that may incl</w:t>
      </w:r>
      <w:r>
        <w:t>ude health benefits, paid leave, holidays, life insurance, and enrollment in the New Jersey Public Employees' Retirement System. Benefits are subject to applicable Township policies and collective-negotiations agreements.</w:t>
      </w:r>
    </w:p>
    <w:p w14:paraId="1C058480" w14:textId="77777777" w:rsidR="00535C20" w:rsidRDefault="00FC6DBB">
      <w:pPr>
        <w:pStyle w:val="Heading1"/>
      </w:pPr>
      <w:r>
        <w:t>How to Apply</w:t>
      </w:r>
    </w:p>
    <w:p w14:paraId="1AB8EDF5" w14:textId="6432EB74" w:rsidR="00535C20" w:rsidRDefault="00FC6DBB">
      <w:r>
        <w:t>Submit a</w:t>
      </w:r>
      <w:r>
        <w:t xml:space="preserve"> resume and cover letter</w:t>
      </w:r>
      <w:bookmarkStart w:id="0" w:name="_GoBack"/>
      <w:bookmarkEnd w:id="0"/>
      <w:r>
        <w:t xml:space="preserve"> to:</w:t>
      </w:r>
    </w:p>
    <w:p w14:paraId="438D801C" w14:textId="77777777" w:rsidR="00A45DC5" w:rsidRDefault="00FC6DBB">
      <w:pPr>
        <w:spacing w:after="60"/>
        <w:ind w:left="360"/>
        <w:rPr>
          <w:b/>
        </w:rPr>
      </w:pPr>
      <w:r>
        <w:rPr>
          <w:b/>
        </w:rPr>
        <w:t xml:space="preserve">Township of Medford </w:t>
      </w:r>
      <w:r w:rsidR="00A45DC5">
        <w:rPr>
          <w:b/>
        </w:rPr>
        <w:t>–</w:t>
      </w:r>
      <w:r>
        <w:rPr>
          <w:b/>
        </w:rPr>
        <w:t xml:space="preserve"> </w:t>
      </w:r>
      <w:r w:rsidR="00A45DC5">
        <w:rPr>
          <w:b/>
        </w:rPr>
        <w:t xml:space="preserve">Director of Public Works &amp; Utilities </w:t>
      </w:r>
    </w:p>
    <w:p w14:paraId="26787D2D" w14:textId="77777777" w:rsidR="00535C20" w:rsidRDefault="00A45DC5">
      <w:pPr>
        <w:spacing w:after="60"/>
        <w:ind w:left="360"/>
      </w:pPr>
      <w:r>
        <w:rPr>
          <w:b/>
        </w:rPr>
        <w:t xml:space="preserve">Brian A. Cop </w:t>
      </w:r>
      <w:r w:rsidR="00FC6DBB">
        <w:rPr>
          <w:b/>
        </w:rPr>
        <w:br/>
      </w:r>
      <w:r>
        <w:t xml:space="preserve">18 </w:t>
      </w:r>
      <w:proofErr w:type="spellStart"/>
      <w:r>
        <w:t>Fostertown</w:t>
      </w:r>
      <w:proofErr w:type="spellEnd"/>
      <w:r>
        <w:t xml:space="preserve"> Road</w:t>
      </w:r>
      <w:r w:rsidR="00FC6DBB">
        <w:t>, Medford, New Jersey 08055</w:t>
      </w:r>
      <w:r w:rsidR="00FC6DBB">
        <w:br/>
        <w:t xml:space="preserve">Email: </w:t>
      </w:r>
      <w:r>
        <w:t>bcop@medfordtownship.com</w:t>
      </w:r>
    </w:p>
    <w:p w14:paraId="7766FA5D" w14:textId="77777777" w:rsidR="00535C20" w:rsidRDefault="00FC6DBB">
      <w:r>
        <w:t>Employment may be contingent upon successful completion of ap</w:t>
      </w:r>
      <w:r>
        <w:t>plicable background, driving-record, physical, and drug-screening requirements.</w:t>
      </w:r>
    </w:p>
    <w:p w14:paraId="449FCBE1" w14:textId="77777777" w:rsidR="00535C20" w:rsidRDefault="00FC6DBB">
      <w:pPr>
        <w:spacing w:before="100"/>
        <w:jc w:val="center"/>
      </w:pPr>
      <w:r>
        <w:rPr>
          <w:b/>
          <w:color w:val="1F4E79"/>
        </w:rPr>
        <w:t>The Township of Medford is an Equal Opportunity Employer.</w:t>
      </w:r>
    </w:p>
    <w:sectPr w:rsidR="00535C20" w:rsidSect="00034616">
      <w:headerReference w:type="default" r:id="rId11"/>
      <w:footerReference w:type="default" r:id="rId12"/>
      <w:pgSz w:w="12240" w:h="15840"/>
      <w:pgMar w:top="893" w:right="1181" w:bottom="893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4E13F" w14:textId="77777777" w:rsidR="00000000" w:rsidRDefault="00FC6DBB">
      <w:pPr>
        <w:spacing w:after="0" w:line="240" w:lineRule="auto"/>
      </w:pPr>
      <w:r>
        <w:separator/>
      </w:r>
    </w:p>
  </w:endnote>
  <w:endnote w:type="continuationSeparator" w:id="0">
    <w:p w14:paraId="511C66C6" w14:textId="77777777" w:rsidR="00000000" w:rsidRDefault="00FC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516AC" w14:textId="77777777" w:rsidR="00535C20" w:rsidRDefault="00FC6DBB">
    <w:pPr>
      <w:pStyle w:val="Footer"/>
      <w:spacing w:before="40"/>
      <w:jc w:val="center"/>
    </w:pPr>
    <w:r>
      <w:rPr>
        <w:color w:val="5A5A5A"/>
        <w:sz w:val="16"/>
      </w:rPr>
      <w:t>Township of Medford | Depart</w:t>
    </w:r>
    <w:r>
      <w:rPr>
        <w:color w:val="5A5A5A"/>
        <w:sz w:val="16"/>
      </w:rPr>
      <w:t>ment of Public Works &amp; Municipal Utilities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01EF5" w14:textId="77777777" w:rsidR="00000000" w:rsidRDefault="00FC6DBB">
      <w:pPr>
        <w:spacing w:after="0" w:line="240" w:lineRule="auto"/>
      </w:pPr>
      <w:r>
        <w:separator/>
      </w:r>
    </w:p>
  </w:footnote>
  <w:footnote w:type="continuationSeparator" w:id="0">
    <w:p w14:paraId="5229D628" w14:textId="77777777" w:rsidR="00000000" w:rsidRDefault="00FC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B3E5" w14:textId="77777777" w:rsidR="00535C20" w:rsidRDefault="00FC6DBB">
    <w:pPr>
      <w:pStyle w:val="Header"/>
      <w:spacing w:after="40"/>
      <w:jc w:val="center"/>
    </w:pPr>
    <w:r>
      <w:rPr>
        <w:b/>
        <w:color w:val="5A5A5A"/>
        <w:sz w:val="18"/>
      </w:rPr>
      <w:t>TOWNSHIP OF MEDFORD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35C20"/>
    <w:rsid w:val="00A45DC5"/>
    <w:rsid w:val="00AA1D8D"/>
    <w:rsid w:val="00B47730"/>
    <w:rsid w:val="00CB0664"/>
    <w:rsid w:val="00FC693F"/>
    <w:rsid w:val="00FC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DB610B"/>
  <w14:defaultImageDpi w14:val="300"/>
  <w15:docId w15:val="{5AE61E9D-26C7-4728-8038-B86434B0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72EBE404B5242B6CE8DEFA46FCA4D" ma:contentTypeVersion="16" ma:contentTypeDescription="Create a new document." ma:contentTypeScope="" ma:versionID="5dd363b256fb3394fc640bdbcc6079da">
  <xsd:schema xmlns:xsd="http://www.w3.org/2001/XMLSchema" xmlns:xs="http://www.w3.org/2001/XMLSchema" xmlns:p="http://schemas.microsoft.com/office/2006/metadata/properties" xmlns:ns3="448371a4-44a9-4cb1-b836-c8485146ac5b" xmlns:ns4="5b03f826-9243-4cf8-8b86-5d7e0867ad45" targetNamespace="http://schemas.microsoft.com/office/2006/metadata/properties" ma:root="true" ma:fieldsID="06fbc5bd65071df559d70032d3d0772e" ns3:_="" ns4:_="">
    <xsd:import namespace="448371a4-44a9-4cb1-b836-c8485146ac5b"/>
    <xsd:import namespace="5b03f826-9243-4cf8-8b86-5d7e0867ad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371a4-44a9-4cb1-b836-c8485146a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3f826-9243-4cf8-8b86-5d7e0867ad4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8371a4-44a9-4cb1-b836-c8485146ac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8D7C9A-330F-4F0D-81E9-FE6C54217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371a4-44a9-4cb1-b836-c8485146ac5b"/>
    <ds:schemaRef ds:uri="5b03f826-9243-4cf8-8b86-5d7e0867a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8DF39-AC0F-4CC3-B47A-F09E56FD9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9F3DA-E24B-481E-BDF0-B3033361F0F6}">
  <ds:schemaRefs>
    <ds:schemaRef ds:uri="5b03f826-9243-4cf8-8b86-5d7e0867ad45"/>
    <ds:schemaRef ds:uri="448371a4-44a9-4cb1-b836-c8485146ac5b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AE0C571-3DB8-444A-B0EE-D9FBC3BB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Mechanic's Helper Job Posting</vt:lpstr>
    </vt:vector>
  </TitlesOfParts>
  <Manager/>
  <Company/>
  <LinksUpToDate>false</LinksUpToDate>
  <CharactersWithSpaces>2658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Mechanic's Helper Job Posting</dc:title>
  <dc:subject>Township of Medford Employment Opportunity</dc:subject>
  <dc:creator>Township of Medford</dc:creator>
  <cp:keywords/>
  <dc:description>generated by python-docx</dc:description>
  <cp:lastModifiedBy>Brian Cop</cp:lastModifiedBy>
  <cp:revision>3</cp:revision>
  <dcterms:created xsi:type="dcterms:W3CDTF">2026-07-28T13:59:00Z</dcterms:created>
  <dcterms:modified xsi:type="dcterms:W3CDTF">2026-07-28T14:01:00Z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0x0101000EE72EBE404B5242B6CE8DEFA46FCA4D</vt:lpwstr>
  </property>
</Properties>
</file>