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07485" w14:textId="77777777" w:rsidR="002A705E" w:rsidRDefault="00964AF3">
      <w:pPr>
        <w:spacing w:after="20"/>
        <w:jc w:val="center"/>
      </w:pPr>
      <w:r>
        <w:rPr>
          <w:b/>
          <w:color w:val="1F4E79"/>
          <w:sz w:val="36"/>
        </w:rPr>
        <w:t>DRIVER / OPERATOR</w:t>
      </w:r>
    </w:p>
    <w:p w14:paraId="1C230FE6" w14:textId="77777777" w:rsidR="002A705E" w:rsidRDefault="00964AF3">
      <w:pPr>
        <w:spacing w:after="140"/>
        <w:jc w:val="center"/>
      </w:pPr>
      <w:r>
        <w:rPr>
          <w:b/>
          <w:color w:val="5A5A5A"/>
          <w:sz w:val="22"/>
        </w:rPr>
        <w:t>Full-Time Employment Opportunity</w:t>
      </w:r>
    </w:p>
    <w:p w14:paraId="0825AE85" w14:textId="77777777" w:rsidR="002A705E" w:rsidRDefault="002A705E">
      <w:pPr>
        <w:pBdr>
          <w:bottom w:val="single" w:sz="12" w:space="1" w:color="1F4E79"/>
        </w:pBdr>
        <w:spacing w:after="100"/>
      </w:pPr>
    </w:p>
    <w:p w14:paraId="28A4CE21" w14:textId="77777777" w:rsidR="002A705E" w:rsidRDefault="00964AF3">
      <w:r>
        <w:t>The Township of Medford is seeking a qualified individual for the full-time position of Driver / Operator. This position operates commercial vehicles, construction equipment, and specialized machinery in</w:t>
      </w:r>
      <w:r>
        <w:t xml:space="preserve"> support of Public Works and water and wastewater utility operations.</w:t>
      </w:r>
    </w:p>
    <w:p w14:paraId="5584891A" w14:textId="77777777" w:rsidR="002A705E" w:rsidRDefault="00964AF3">
      <w:pPr>
        <w:pStyle w:val="Heading1"/>
      </w:pPr>
      <w:r>
        <w:t>Responsibilities</w:t>
      </w:r>
    </w:p>
    <w:p w14:paraId="588C7E5D" w14:textId="77777777" w:rsidR="002A705E" w:rsidRDefault="00964AF3">
      <w:pPr>
        <w:pStyle w:val="ListBullet"/>
        <w:spacing w:after="40" w:line="240" w:lineRule="auto"/>
        <w:ind w:left="461" w:hanging="259"/>
      </w:pPr>
      <w:r>
        <w:t>Safely operate dump trucks, loaders, backhoes, excavators, tractors, utility vehicles, and other Township equipment.</w:t>
      </w:r>
    </w:p>
    <w:p w14:paraId="20D8A069" w14:textId="77777777" w:rsidR="002A705E" w:rsidRDefault="00964AF3">
      <w:pPr>
        <w:pStyle w:val="ListBullet"/>
        <w:spacing w:after="40" w:line="240" w:lineRule="auto"/>
        <w:ind w:left="461" w:hanging="259"/>
      </w:pPr>
      <w:r>
        <w:t xml:space="preserve">Perform required pre-trip and post-trip inspections </w:t>
      </w:r>
      <w:r>
        <w:t>and report mechanical or safety concerns.</w:t>
      </w:r>
    </w:p>
    <w:p w14:paraId="318EA1D4" w14:textId="77777777" w:rsidR="002A705E" w:rsidRDefault="00964AF3">
      <w:pPr>
        <w:pStyle w:val="ListBullet"/>
        <w:spacing w:after="40" w:line="240" w:lineRule="auto"/>
        <w:ind w:left="461" w:hanging="259"/>
      </w:pPr>
      <w:r>
        <w:t>Transport materials, equipment, supplies, and personnel to and from work sites.</w:t>
      </w:r>
    </w:p>
    <w:p w14:paraId="47E31902" w14:textId="77777777" w:rsidR="002A705E" w:rsidRDefault="00964AF3">
      <w:pPr>
        <w:pStyle w:val="ListBullet"/>
        <w:spacing w:after="40" w:line="240" w:lineRule="auto"/>
        <w:ind w:left="461" w:hanging="259"/>
      </w:pPr>
      <w:r>
        <w:t>Support road maintenance, drainage, brush collection, utility construction, and water and wastewater field operations.</w:t>
      </w:r>
    </w:p>
    <w:p w14:paraId="6E433724" w14:textId="77777777" w:rsidR="002A705E" w:rsidRDefault="00964AF3">
      <w:pPr>
        <w:pStyle w:val="ListBullet"/>
        <w:spacing w:after="40" w:line="240" w:lineRule="auto"/>
        <w:ind w:left="461" w:hanging="259"/>
      </w:pPr>
      <w:r>
        <w:t>Operate snowplo</w:t>
      </w:r>
      <w:r>
        <w:t>ws, spreaders, and related equipment during snow and ice operations.</w:t>
      </w:r>
    </w:p>
    <w:p w14:paraId="23A762FB" w14:textId="77777777" w:rsidR="002A705E" w:rsidRDefault="00964AF3">
      <w:pPr>
        <w:pStyle w:val="ListBullet"/>
        <w:spacing w:after="40" w:line="240" w:lineRule="auto"/>
        <w:ind w:left="461" w:hanging="259"/>
      </w:pPr>
      <w:r>
        <w:t>Perform routine equipment care, cleaning, lubrication, and minor maintenance.</w:t>
      </w:r>
    </w:p>
    <w:p w14:paraId="678CF73F" w14:textId="77777777" w:rsidR="002A705E" w:rsidRDefault="00964AF3">
      <w:pPr>
        <w:pStyle w:val="ListBullet"/>
        <w:spacing w:after="40" w:line="240" w:lineRule="auto"/>
        <w:ind w:left="461" w:hanging="259"/>
      </w:pPr>
      <w:r>
        <w:t>Assist with storm response, utility emergencies, traffic control, manual labor, and other Township operations</w:t>
      </w:r>
      <w:r>
        <w:t>.</w:t>
      </w:r>
    </w:p>
    <w:p w14:paraId="25F61157" w14:textId="77777777" w:rsidR="002A705E" w:rsidRDefault="00964AF3">
      <w:pPr>
        <w:pStyle w:val="Heading1"/>
      </w:pPr>
      <w:r>
        <w:t>Qualifications</w:t>
      </w:r>
    </w:p>
    <w:p w14:paraId="6C040E32" w14:textId="77777777" w:rsidR="002A705E" w:rsidRDefault="00964AF3">
      <w:pPr>
        <w:pStyle w:val="ListBullet"/>
        <w:spacing w:after="40" w:line="240" w:lineRule="auto"/>
        <w:ind w:left="461" w:hanging="259"/>
      </w:pPr>
      <w:r>
        <w:t>High school diploma or equivalent.</w:t>
      </w:r>
    </w:p>
    <w:p w14:paraId="72A17AF7" w14:textId="77777777" w:rsidR="002A705E" w:rsidRDefault="00964AF3">
      <w:pPr>
        <w:pStyle w:val="ListBullet"/>
        <w:spacing w:after="40" w:line="240" w:lineRule="auto"/>
        <w:ind w:left="461" w:hanging="259"/>
      </w:pPr>
      <w:r>
        <w:t>Experience operating commercial vehicles, heavy equipment, or construction equipment.</w:t>
      </w:r>
    </w:p>
    <w:p w14:paraId="37F737AA" w14:textId="77777777" w:rsidR="002A705E" w:rsidRDefault="00964AF3">
      <w:pPr>
        <w:pStyle w:val="ListBullet"/>
        <w:spacing w:after="40" w:line="240" w:lineRule="auto"/>
        <w:ind w:left="461" w:hanging="259"/>
      </w:pPr>
      <w:r>
        <w:t>Ability to safely operate assigned vehicles and equipment and follow applicable traffic and safety requirements.</w:t>
      </w:r>
    </w:p>
    <w:p w14:paraId="221F37D2" w14:textId="77777777" w:rsidR="002A705E" w:rsidRDefault="00964AF3">
      <w:pPr>
        <w:pStyle w:val="ListBullet"/>
        <w:spacing w:after="40" w:line="240" w:lineRule="auto"/>
        <w:ind w:left="461" w:hanging="259"/>
      </w:pPr>
      <w:r>
        <w:t>Valid</w:t>
      </w:r>
      <w:r>
        <w:t xml:space="preserve"> New Jersey Commercial Driver's License, Class B or higher, with air-brake qualification and a driving record acceptable to the Township.</w:t>
      </w:r>
    </w:p>
    <w:p w14:paraId="22AD3C92" w14:textId="77777777" w:rsidR="002A705E" w:rsidRDefault="00964AF3">
      <w:pPr>
        <w:pStyle w:val="ListBullet"/>
        <w:spacing w:after="40" w:line="240" w:lineRule="auto"/>
        <w:ind w:left="461" w:hanging="259"/>
      </w:pPr>
      <w:r>
        <w:t>Ability to perform physically demanding work outdoors in varying weather and emergency conditions.</w:t>
      </w:r>
    </w:p>
    <w:p w14:paraId="6AF9793D" w14:textId="77777777" w:rsidR="002A705E" w:rsidRDefault="00964AF3">
      <w:pPr>
        <w:spacing w:before="40"/>
      </w:pPr>
      <w:r>
        <w:t xml:space="preserve">Preferred: Class A </w:t>
      </w:r>
      <w:r>
        <w:t>Commercial Driver's License, tanker endorsement, and prior municipal, construction, snow-removal, or utility-operations experience.</w:t>
      </w:r>
    </w:p>
    <w:p w14:paraId="7FAD0EF2" w14:textId="77777777" w:rsidR="002A705E" w:rsidRDefault="00964AF3">
      <w:r>
        <w:rPr>
          <w:b/>
        </w:rPr>
        <w:t xml:space="preserve">Schedule: </w:t>
      </w:r>
      <w:r>
        <w:t>The position requires overtime and emergency response, including nights, weekends, and holidays, when necessary.</w:t>
      </w:r>
    </w:p>
    <w:p w14:paraId="2D23486F" w14:textId="77777777" w:rsidR="002A705E" w:rsidRDefault="00964AF3">
      <w:pPr>
        <w:pStyle w:val="Heading1"/>
      </w:pPr>
      <w:r>
        <w:t>C</w:t>
      </w:r>
      <w:r>
        <w:t>ompensation and Benefits</w:t>
      </w:r>
    </w:p>
    <w:p w14:paraId="3D9EA12B" w14:textId="77777777" w:rsidR="002A705E" w:rsidRDefault="00964AF3">
      <w:r>
        <w:rPr>
          <w:b/>
        </w:rPr>
        <w:t>Compensation:</w:t>
      </w:r>
      <w:r>
        <w:rPr>
          <w:b/>
        </w:rPr>
        <w:t xml:space="preserve"> </w:t>
      </w:r>
      <w:r w:rsidRPr="00964AF3">
        <w:rPr>
          <w:b/>
        </w:rPr>
        <w:t>$22.50</w:t>
      </w:r>
      <w:r>
        <w:t xml:space="preserve"> to </w:t>
      </w:r>
      <w:r w:rsidRPr="00964AF3">
        <w:rPr>
          <w:b/>
        </w:rPr>
        <w:t>$24.50</w:t>
      </w:r>
      <w:r>
        <w:t xml:space="preserve"> per hour, commensurate with qualifications and experience.</w:t>
      </w:r>
    </w:p>
    <w:p w14:paraId="0999B61B" w14:textId="77777777" w:rsidR="002A705E" w:rsidRDefault="00964AF3">
      <w:r>
        <w:t>Eligible full-time employees re</w:t>
      </w:r>
      <w:r>
        <w:t>c</w:t>
      </w:r>
      <w:r>
        <w:t>eive a comprehensive benefits package that may include health benefits, paid leave, holidays, life insu</w:t>
      </w:r>
      <w:r>
        <w:t>rance, and enrollment in the New Jersey Public Employees' Retirement System. Benefits are subject to applicable Township policies and collective-negotiations agreements.</w:t>
      </w:r>
    </w:p>
    <w:p w14:paraId="68EBE839" w14:textId="77777777" w:rsidR="002A705E" w:rsidRDefault="00964AF3">
      <w:pPr>
        <w:pStyle w:val="Heading1"/>
      </w:pPr>
      <w:r>
        <w:t>How to Apply</w:t>
      </w:r>
    </w:p>
    <w:p w14:paraId="3D38B84F" w14:textId="77777777" w:rsidR="002A705E" w:rsidRDefault="00964AF3">
      <w:r>
        <w:t>Submit a resume and cover letter to:</w:t>
      </w:r>
    </w:p>
    <w:p w14:paraId="4403943A" w14:textId="77777777" w:rsidR="002A705E" w:rsidRDefault="00964AF3">
      <w:pPr>
        <w:spacing w:after="60"/>
        <w:ind w:left="360"/>
      </w:pPr>
      <w:r>
        <w:rPr>
          <w:b/>
        </w:rPr>
        <w:t xml:space="preserve">Township of Medford - Director of </w:t>
      </w:r>
      <w:r>
        <w:rPr>
          <w:b/>
        </w:rPr>
        <w:t>Public Works &amp; Utilities</w:t>
      </w:r>
      <w:r>
        <w:rPr>
          <w:b/>
        </w:rPr>
        <w:br/>
        <w:t>Brian A. Cop</w:t>
      </w:r>
      <w:r>
        <w:rPr>
          <w:b/>
        </w:rPr>
        <w:br/>
      </w:r>
      <w:r>
        <w:t>18 Fostertown Road, Medford, New Jersey 08055</w:t>
      </w:r>
      <w:r>
        <w:br/>
        <w:t xml:space="preserve">Email: </w:t>
      </w:r>
      <w:r w:rsidRPr="00964AF3">
        <w:rPr>
          <w:b/>
        </w:rPr>
        <w:t>bcop@medfordtownship.com</w:t>
      </w:r>
      <w:bookmarkStart w:id="0" w:name="_GoBack"/>
      <w:bookmarkEnd w:id="0"/>
    </w:p>
    <w:p w14:paraId="585A53A1" w14:textId="77777777" w:rsidR="002A705E" w:rsidRDefault="00964AF3">
      <w:r>
        <w:t>Employment may be contingent upon successful completion of applicable background, driving-record, physical, and drug-screening requirements.</w:t>
      </w:r>
    </w:p>
    <w:p w14:paraId="1C472A2C" w14:textId="77777777" w:rsidR="002A705E" w:rsidRDefault="00964AF3">
      <w:pPr>
        <w:spacing w:before="100"/>
        <w:jc w:val="center"/>
      </w:pPr>
      <w:r>
        <w:rPr>
          <w:b/>
          <w:color w:val="1F4E79"/>
        </w:rPr>
        <w:t>The Township of Medford is an Equal Opportunity Employer.</w:t>
      </w:r>
    </w:p>
    <w:sectPr w:rsidR="002A705E" w:rsidSect="00034616">
      <w:headerReference w:type="default" r:id="rId11"/>
      <w:footerReference w:type="default" r:id="rId12"/>
      <w:pgSz w:w="12240" w:h="15840"/>
      <w:pgMar w:top="893" w:right="1181" w:bottom="893" w:left="1181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A6BE1" w14:textId="77777777" w:rsidR="00000000" w:rsidRDefault="00964AF3">
      <w:pPr>
        <w:spacing w:after="0" w:line="240" w:lineRule="auto"/>
      </w:pPr>
      <w:r>
        <w:separator/>
      </w:r>
    </w:p>
  </w:endnote>
  <w:endnote w:type="continuationSeparator" w:id="0">
    <w:p w14:paraId="0051C94F" w14:textId="77777777" w:rsidR="00000000" w:rsidRDefault="00964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17FE6" w14:textId="77777777" w:rsidR="002A705E" w:rsidRDefault="00964AF3">
    <w:pPr>
      <w:pStyle w:val="Footer"/>
      <w:spacing w:before="40"/>
      <w:jc w:val="center"/>
    </w:pPr>
    <w:r>
      <w:rPr>
        <w:color w:val="5A5A5A"/>
        <w:sz w:val="16"/>
      </w:rPr>
      <w:t>Township of Medford | Department of Public Works &amp; Municipal Utilities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98AEC" w14:textId="77777777" w:rsidR="00000000" w:rsidRDefault="00964AF3">
      <w:pPr>
        <w:spacing w:after="0" w:line="240" w:lineRule="auto"/>
      </w:pPr>
      <w:r>
        <w:separator/>
      </w:r>
    </w:p>
  </w:footnote>
  <w:footnote w:type="continuationSeparator" w:id="0">
    <w:p w14:paraId="177575B1" w14:textId="77777777" w:rsidR="00000000" w:rsidRDefault="00964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D65F1" w14:textId="77777777" w:rsidR="002A705E" w:rsidRDefault="00964AF3">
    <w:pPr>
      <w:pStyle w:val="Header"/>
      <w:spacing w:after="40"/>
      <w:jc w:val="center"/>
    </w:pPr>
    <w:r>
      <w:rPr>
        <w:b/>
        <w:color w:val="5A5A5A"/>
        <w:sz w:val="18"/>
      </w:rPr>
      <w:t>TOWNSHIP OF MEDFORD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05E"/>
    <w:rsid w:val="00326F90"/>
    <w:rsid w:val="00964AF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E13C4E"/>
  <w14:defaultImageDpi w14:val="300"/>
  <w15:docId w15:val="{B0040F7D-228A-4EE4-9093-76C3886F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b/>
      <w:bCs/>
      <w:color w:val="1F4E79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1F4E7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72EBE404B5242B6CE8DEFA46FCA4D" ma:contentTypeVersion="16" ma:contentTypeDescription="Create a new document." ma:contentTypeScope="" ma:versionID="5dd363b256fb3394fc640bdbcc6079da">
  <xsd:schema xmlns:xsd="http://www.w3.org/2001/XMLSchema" xmlns:xs="http://www.w3.org/2001/XMLSchema" xmlns:p="http://schemas.microsoft.com/office/2006/metadata/properties" xmlns:ns3="448371a4-44a9-4cb1-b836-c8485146ac5b" xmlns:ns4="5b03f826-9243-4cf8-8b86-5d7e0867ad45" targetNamespace="http://schemas.microsoft.com/office/2006/metadata/properties" ma:root="true" ma:fieldsID="06fbc5bd65071df559d70032d3d0772e" ns3:_="" ns4:_="">
    <xsd:import namespace="448371a4-44a9-4cb1-b836-c8485146ac5b"/>
    <xsd:import namespace="5b03f826-9243-4cf8-8b86-5d7e0867ad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371a4-44a9-4cb1-b836-c8485146ac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3f826-9243-4cf8-8b86-5d7e0867ad45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8371a4-44a9-4cb1-b836-c8485146ac5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D9D65B-59E2-477B-9F74-FA723C16F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371a4-44a9-4cb1-b836-c8485146ac5b"/>
    <ds:schemaRef ds:uri="5b03f826-9243-4cf8-8b86-5d7e0867a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3A1B4B-03A6-4A74-8EA5-7414A4852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9568BB-5485-43DF-A421-04F1097FE349}">
  <ds:schemaRefs>
    <ds:schemaRef ds:uri="5b03f826-9243-4cf8-8b86-5d7e0867ad45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448371a4-44a9-4cb1-b836-c8485146ac5b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8776EB3-59CE-43DC-B665-4B049D9F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Driver / Operator Job Posting</vt:lpstr>
    </vt:vector>
  </TitlesOfParts>
  <Manager/>
  <Company/>
  <LinksUpToDate>false</LinksUpToDate>
  <CharactersWithSpaces>2605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Driver / Operator Job Posting</dc:title>
  <dc:subject>Township of Medford Employment Opportunity</dc:subject>
  <dc:creator>Township of Medford</dc:creator>
  <cp:keywords/>
  <dc:description>generated by python-docx</dc:description>
  <cp:lastModifiedBy>Brian Cop</cp:lastModifiedBy>
  <cp:revision>2</cp:revision>
  <dcterms:created xsi:type="dcterms:W3CDTF">2026-07-28T14:06:00Z</dcterms:created>
  <dcterms:modified xsi:type="dcterms:W3CDTF">2026-07-28T14:06:00Z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0x0101000EE72EBE404B5242B6CE8DEFA46FCA4D</vt:lpwstr>
  </property>
</Properties>
</file>